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80"/>
          <w:rtl w:val="1"/>
          <w:szCs w:val="80"/>
          <w:bCs/>
        </w:rPr>
        <w:t>פינת הערכים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60"/>
          <w:rtl w:val="1"/>
          <w:szCs w:val="60"/>
          <w:bCs/>
        </w:rPr>
        <w:t>אוֹר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60"/>
          <w:rtl w:val="1"/>
          <w:szCs w:val="60"/>
          <w:bCs/>
        </w:rPr>
        <w:t>תִּקְוָה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60"/>
          <w:rtl w:val="1"/>
          <w:szCs w:val="60"/>
          <w:bCs/>
        </w:rPr>
        <w:t>נֵס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60"/>
          <w:rtl w:val="1"/>
          <w:szCs w:val="60"/>
          <w:bCs/>
        </w:rPr>
        <w:t>אֹמֶץ</w:t>
      </w:r>
    </w:p>
    <w:p>
      <w:pPr>
        <w:bidi w:val="1"/>
        <w:jc w:val="center"/>
      </w:pPr>
      <w:r>
        <w:rPr>
          <w:rFonts w:ascii="Arial" w:hAnsi="Arial" w:cs="Arial"/>
          <w:b/>
          <w:color w:val="B8860B"/>
          <w:sz w:val="60"/>
          <w:rtl w:val="1"/>
          <w:szCs w:val="60"/>
          <w:bCs/>
        </w:rPr>
        <w:t>עַרְבוּת הֲדָדִית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108"/>
          <w:rtl w:val="1"/>
          <w:szCs w:val="108"/>
          <w:bCs/>
        </w:rPr>
        <w:t>אוֹר</w:t>
      </w:r>
    </w:p>
    <w:p>
      <w:pPr>
        <w:bidi w:val="1"/>
        <w:jc w:val="center"/>
      </w:pPr>
      <w:r>
        <w:rPr>
          <w:rFonts w:ascii="Arial" w:hAnsi="Arial" w:cs="Arial"/>
          <w:b w:val="0"/>
          <w:sz w:val="44"/>
          <w:rtl w:val="1"/>
          <w:szCs w:val="44"/>
        </w:rPr>
        <w:t>אור הוא מה שמאפשר לראות – וגם מילה טובה, חיוך ועזרה.</w:t>
      </w:r>
    </w:p>
    <w:p>
      <w:pPr>
        <w:bidi w:val="1"/>
        <w:jc w:val="center"/>
      </w:pPr>
      <w:r>
        <w:rPr>
          <w:rFonts w:ascii="Arial" w:hAnsi="Arial" w:cs="Arial"/>
          <w:b/>
          <w:sz w:val="48"/>
          <w:rtl w:val="1"/>
          <w:szCs w:val="48"/>
          <w:bCs/>
        </w:rPr>
        <w:t>„וַיֹּאמֶר אֱלֹהִים יְהִי אוֹר”</w:t>
      </w:r>
    </w:p>
    <w:p>
      <w:pPr>
        <w:bidi w:val="1"/>
        <w:jc w:val="center"/>
      </w:pPr>
      <w:r>
        <w:rPr>
          <w:rFonts w:ascii="Arial" w:hAnsi="Arial" w:cs="Arial"/>
          <w:b w:val="0"/>
          <w:sz w:val="24"/>
          <w:rtl w:val="1"/>
          <w:szCs w:val="24"/>
        </w:rPr>
        <w:t>(בראשית א, ג)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שאלה לכיתה: מה מאיר לך את היום?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108"/>
          <w:rtl w:val="1"/>
          <w:szCs w:val="108"/>
          <w:bCs/>
        </w:rPr>
        <w:t>תִּקְוָה</w:t>
      </w:r>
    </w:p>
    <w:p>
      <w:pPr>
        <w:bidi w:val="1"/>
        <w:jc w:val="center"/>
      </w:pPr>
      <w:r>
        <w:rPr>
          <w:rFonts w:ascii="Arial" w:hAnsi="Arial" w:cs="Arial"/>
          <w:b w:val="0"/>
          <w:sz w:val="44"/>
          <w:rtl w:val="1"/>
          <w:szCs w:val="44"/>
        </w:rPr>
        <w:t>תקווה היא האמונה שגם אחרי תקופה קשה יבוא טוב.</w:t>
      </w:r>
    </w:p>
    <w:p>
      <w:pPr>
        <w:bidi w:val="1"/>
        <w:jc w:val="center"/>
      </w:pPr>
      <w:r>
        <w:rPr>
          <w:rFonts w:ascii="Arial" w:hAnsi="Arial" w:cs="Arial"/>
          <w:b/>
          <w:sz w:val="48"/>
          <w:rtl w:val="1"/>
          <w:szCs w:val="48"/>
          <w:bCs/>
        </w:rPr>
        <w:t>„וְיֵשׁ תִּקְוָה לְאַחֲרִיתֵךְ”</w:t>
      </w:r>
    </w:p>
    <w:p>
      <w:pPr>
        <w:bidi w:val="1"/>
        <w:jc w:val="center"/>
      </w:pPr>
      <w:r>
        <w:rPr>
          <w:rFonts w:ascii="Arial" w:hAnsi="Arial" w:cs="Arial"/>
          <w:b w:val="0"/>
          <w:sz w:val="24"/>
          <w:rtl w:val="1"/>
          <w:szCs w:val="24"/>
        </w:rPr>
        <w:t>(ירמיהו לא, טז)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שאלה לכיתה: למה את/ה מקווה החודש?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108"/>
          <w:rtl w:val="1"/>
          <w:szCs w:val="108"/>
          <w:bCs/>
        </w:rPr>
        <w:t>נֵס</w:t>
      </w:r>
    </w:p>
    <w:p>
      <w:pPr>
        <w:bidi w:val="1"/>
        <w:jc w:val="center"/>
      </w:pPr>
      <w:r>
        <w:rPr>
          <w:rFonts w:ascii="Arial" w:hAnsi="Arial" w:cs="Arial"/>
          <w:b w:val="0"/>
          <w:sz w:val="44"/>
          <w:rtl w:val="1"/>
          <w:szCs w:val="44"/>
        </w:rPr>
        <w:t>נס הוא דבר מפתיע וטוב שלא ציפינו לו. לפעמים גם דברים קטנים הם נס.</w:t>
      </w:r>
    </w:p>
    <w:p>
      <w:pPr>
        <w:bidi w:val="1"/>
        <w:jc w:val="center"/>
      </w:pPr>
      <w:r>
        <w:rPr>
          <w:rFonts w:ascii="Arial" w:hAnsi="Arial" w:cs="Arial"/>
          <w:b/>
          <w:sz w:val="48"/>
          <w:rtl w:val="1"/>
          <w:szCs w:val="48"/>
          <w:bCs/>
        </w:rPr>
        <w:t>„בַּיָּמִים הָהֵם בַּזְּמַן הַזֶּה”</w:t>
      </w:r>
    </w:p>
    <w:p>
      <w:pPr>
        <w:bidi w:val="1"/>
        <w:jc w:val="center"/>
      </w:pPr>
      <w:r>
        <w:rPr>
          <w:rFonts w:ascii="Arial" w:hAnsi="Arial" w:cs="Arial"/>
          <w:b w:val="0"/>
          <w:sz w:val="24"/>
          <w:rtl w:val="1"/>
          <w:szCs w:val="24"/>
        </w:rPr>
        <w:t>(מתוך ברכת נרות חנוכה)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שאלה לכיתה: מה היה „נס קטן” בחיים שלך?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108"/>
          <w:rtl w:val="1"/>
          <w:szCs w:val="108"/>
          <w:bCs/>
        </w:rPr>
        <w:t>אֹמֶץ</w:t>
      </w:r>
    </w:p>
    <w:p>
      <w:pPr>
        <w:bidi w:val="1"/>
        <w:jc w:val="center"/>
      </w:pPr>
      <w:r>
        <w:rPr>
          <w:rFonts w:ascii="Arial" w:hAnsi="Arial" w:cs="Arial"/>
          <w:b w:val="0"/>
          <w:sz w:val="44"/>
          <w:rtl w:val="1"/>
          <w:szCs w:val="44"/>
        </w:rPr>
        <w:t>אומץ הוא לעשות את הדבר הנכון גם כשזה לא קל – לומר אמת, לבקש עזרה, לעמוד ליד חבר/ה.</w:t>
      </w:r>
    </w:p>
    <w:p>
      <w:pPr>
        <w:bidi w:val="1"/>
        <w:jc w:val="center"/>
      </w:pPr>
      <w:r>
        <w:rPr>
          <w:rFonts w:ascii="Arial" w:hAnsi="Arial" w:cs="Arial"/>
          <w:b/>
          <w:sz w:val="48"/>
          <w:rtl w:val="1"/>
          <w:szCs w:val="48"/>
          <w:bCs/>
        </w:rPr>
        <w:t>„אִם אֵין אֲנִי לִי – מִי לִי?”</w:t>
      </w:r>
    </w:p>
    <w:p>
      <w:pPr>
        <w:bidi w:val="1"/>
        <w:jc w:val="center"/>
      </w:pPr>
      <w:r>
        <w:rPr>
          <w:rFonts w:ascii="Arial" w:hAnsi="Arial" w:cs="Arial"/>
          <w:b w:val="0"/>
          <w:sz w:val="24"/>
          <w:rtl w:val="1"/>
          <w:szCs w:val="24"/>
        </w:rPr>
        <w:t>(משנה, אבות א, יד)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שאלה לכיתה: מתי היית אמיץ/ה בדרך שקטה?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108"/>
          <w:rtl w:val="1"/>
          <w:szCs w:val="108"/>
          <w:bCs/>
        </w:rPr>
        <w:t>עַרְבוּת הֲדָדִית</w:t>
      </w:r>
    </w:p>
    <w:p>
      <w:pPr>
        <w:bidi w:val="1"/>
        <w:jc w:val="center"/>
      </w:pPr>
      <w:r>
        <w:rPr>
          <w:rFonts w:ascii="Arial" w:hAnsi="Arial" w:cs="Arial"/>
          <w:b w:val="0"/>
          <w:sz w:val="44"/>
          <w:rtl w:val="1"/>
          <w:szCs w:val="44"/>
        </w:rPr>
        <w:t>ערבות הדדית פירושה שאכפת לנו זה מזה, ושכל אחד ואחת אחראים גם על האחרים.</w:t>
      </w:r>
    </w:p>
    <w:p>
      <w:pPr>
        <w:bidi w:val="1"/>
        <w:jc w:val="center"/>
      </w:pPr>
      <w:r>
        <w:rPr>
          <w:rFonts w:ascii="Arial" w:hAnsi="Arial" w:cs="Arial"/>
          <w:b/>
          <w:sz w:val="48"/>
          <w:rtl w:val="1"/>
          <w:szCs w:val="48"/>
          <w:bCs/>
        </w:rPr>
        <w:t>„וְאָהַבְתָּ לְרֵעֲךָ כָּמוֹךָ”</w:t>
      </w:r>
    </w:p>
    <w:p>
      <w:pPr>
        <w:bidi w:val="1"/>
        <w:jc w:val="center"/>
      </w:pPr>
      <w:r>
        <w:rPr>
          <w:rFonts w:ascii="Arial" w:hAnsi="Arial" w:cs="Arial"/>
          <w:b w:val="0"/>
          <w:sz w:val="24"/>
          <w:rtl w:val="1"/>
          <w:szCs w:val="24"/>
        </w:rPr>
        <w:t>(ויקרא יט, יח)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שאלה לכיתה: איך נוכל לדאוג זה לזה בכיתה?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b w:val="0"/>
          <w:color w:val="888888"/>
          <w:sz w:val="28"/>
          <w:rtl w:val="1"/>
          <w:szCs w:val="28"/>
        </w:rPr>
        <w:t>________________________________________________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פינת הערכים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